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00203" w14:textId="77777777" w:rsidR="0075272A" w:rsidRDefault="00EA2593">
      <w:pPr>
        <w:pStyle w:val="1"/>
        <w:jc w:val="center"/>
      </w:pPr>
      <w:r>
        <w:t>Course Template</w:t>
      </w:r>
    </w:p>
    <w:p w14:paraId="66B9D4F3" w14:textId="77777777" w:rsidR="0075272A" w:rsidRDefault="00EA2593">
      <w:pPr>
        <w:pStyle w:val="21"/>
      </w:pPr>
      <w:r>
        <w:t>Course Description</w:t>
      </w:r>
    </w:p>
    <w:p w14:paraId="022B6066" w14:textId="77777777" w:rsidR="0075272A" w:rsidRDefault="00EA2593">
      <w:r>
        <w:t>This course description provides a concise summary of the main characteristics of the course, and the learning outcomes expected from the student. It reflects whether the student has benefited from the available learning opportunities, and should be linked to the program description.</w:t>
      </w:r>
    </w:p>
    <w:tbl>
      <w:tblPr>
        <w:tblStyle w:val="afa"/>
        <w:tblW w:w="0" w:type="auto"/>
        <w:tblLook w:val="04A0" w:firstRow="1" w:lastRow="0" w:firstColumn="1" w:lastColumn="0" w:noHBand="0" w:noVBand="1"/>
      </w:tblPr>
      <w:tblGrid>
        <w:gridCol w:w="4320"/>
        <w:gridCol w:w="4320"/>
      </w:tblGrid>
      <w:tr w:rsidR="0075272A" w14:paraId="751DA951" w14:textId="77777777" w:rsidTr="00D91404">
        <w:tc>
          <w:tcPr>
            <w:tcW w:w="4320" w:type="dxa"/>
          </w:tcPr>
          <w:p w14:paraId="551DE5AC" w14:textId="77777777" w:rsidR="0075272A" w:rsidRDefault="00EA2593">
            <w:r>
              <w:t>Educational Institution</w:t>
            </w:r>
          </w:p>
        </w:tc>
        <w:tc>
          <w:tcPr>
            <w:tcW w:w="4320" w:type="dxa"/>
          </w:tcPr>
          <w:p w14:paraId="7700CF4D" w14:textId="77777777" w:rsidR="0075272A" w:rsidRDefault="00EA2593">
            <w:r>
              <w:t>Al-Mansour University College</w:t>
            </w:r>
          </w:p>
        </w:tc>
      </w:tr>
      <w:tr w:rsidR="0075272A" w14:paraId="79A7EF9D" w14:textId="77777777" w:rsidTr="00D91404">
        <w:tc>
          <w:tcPr>
            <w:tcW w:w="4320" w:type="dxa"/>
          </w:tcPr>
          <w:p w14:paraId="0DF57B4B" w14:textId="77777777" w:rsidR="0075272A" w:rsidRDefault="00EA2593">
            <w:r>
              <w:t>Academic Department</w:t>
            </w:r>
          </w:p>
        </w:tc>
        <w:tc>
          <w:tcPr>
            <w:tcW w:w="4320" w:type="dxa"/>
          </w:tcPr>
          <w:p w14:paraId="1D87B142" w14:textId="77777777" w:rsidR="0075272A" w:rsidRDefault="00EA2593">
            <w:r>
              <w:t>Department of Law</w:t>
            </w:r>
          </w:p>
        </w:tc>
      </w:tr>
      <w:tr w:rsidR="0075272A" w14:paraId="07F8DFF4" w14:textId="77777777" w:rsidTr="00D91404">
        <w:tc>
          <w:tcPr>
            <w:tcW w:w="4320" w:type="dxa"/>
          </w:tcPr>
          <w:p w14:paraId="3AA0548B" w14:textId="77777777" w:rsidR="0075272A" w:rsidRDefault="00EA2593">
            <w:r>
              <w:t>Course Name / Code</w:t>
            </w:r>
          </w:p>
        </w:tc>
        <w:tc>
          <w:tcPr>
            <w:tcW w:w="4320" w:type="dxa"/>
          </w:tcPr>
          <w:p w14:paraId="33D831BD" w14:textId="77777777" w:rsidR="0075272A" w:rsidRDefault="00EA2593">
            <w:r>
              <w:t>Arabic Language</w:t>
            </w:r>
          </w:p>
        </w:tc>
      </w:tr>
      <w:tr w:rsidR="0075272A" w14:paraId="40CF45F5" w14:textId="77777777" w:rsidTr="00D91404">
        <w:tc>
          <w:tcPr>
            <w:tcW w:w="4320" w:type="dxa"/>
          </w:tcPr>
          <w:p w14:paraId="71B44145" w14:textId="77777777" w:rsidR="0075272A" w:rsidRDefault="00EA2593">
            <w:r>
              <w:t>Attendance Format</w:t>
            </w:r>
          </w:p>
        </w:tc>
        <w:tc>
          <w:tcPr>
            <w:tcW w:w="4320" w:type="dxa"/>
          </w:tcPr>
          <w:p w14:paraId="2B38E5A9" w14:textId="77777777" w:rsidR="0075272A" w:rsidRDefault="00EA2593">
            <w:r>
              <w:t>Weekly</w:t>
            </w:r>
          </w:p>
        </w:tc>
      </w:tr>
      <w:tr w:rsidR="0075272A" w14:paraId="6AB77113" w14:textId="77777777" w:rsidTr="00D91404">
        <w:tc>
          <w:tcPr>
            <w:tcW w:w="4320" w:type="dxa"/>
          </w:tcPr>
          <w:p w14:paraId="6ABB9F5E" w14:textId="77777777" w:rsidR="0075272A" w:rsidRDefault="00EA2593">
            <w:r>
              <w:t>Year / Semester</w:t>
            </w:r>
          </w:p>
        </w:tc>
        <w:tc>
          <w:tcPr>
            <w:tcW w:w="4320" w:type="dxa"/>
          </w:tcPr>
          <w:p w14:paraId="3ADDD169" w14:textId="77777777" w:rsidR="0075272A" w:rsidRDefault="00EA2593">
            <w:r>
              <w:t>2025 / 2026</w:t>
            </w:r>
          </w:p>
        </w:tc>
      </w:tr>
      <w:tr w:rsidR="0075272A" w14:paraId="7B8CCA0F" w14:textId="77777777" w:rsidTr="00D91404">
        <w:tc>
          <w:tcPr>
            <w:tcW w:w="4320" w:type="dxa"/>
          </w:tcPr>
          <w:p w14:paraId="1A79CE21" w14:textId="77777777" w:rsidR="0075272A" w:rsidRDefault="00EA2593">
            <w:r>
              <w:t>Number of Study Hours</w:t>
            </w:r>
          </w:p>
        </w:tc>
        <w:tc>
          <w:tcPr>
            <w:tcW w:w="4320" w:type="dxa"/>
          </w:tcPr>
          <w:p w14:paraId="4DE594DD" w14:textId="77777777" w:rsidR="0075272A" w:rsidRDefault="00EA2593">
            <w:r>
              <w:t>3 Hours</w:t>
            </w:r>
          </w:p>
        </w:tc>
      </w:tr>
      <w:tr w:rsidR="0075272A" w14:paraId="26B82DF1" w14:textId="77777777" w:rsidTr="00D91404">
        <w:tc>
          <w:tcPr>
            <w:tcW w:w="4320" w:type="dxa"/>
          </w:tcPr>
          <w:p w14:paraId="6330913E" w14:textId="77777777" w:rsidR="0075272A" w:rsidRDefault="00EA2593">
            <w:r>
              <w:t>Preparation Date</w:t>
            </w:r>
          </w:p>
        </w:tc>
        <w:tc>
          <w:tcPr>
            <w:tcW w:w="4320" w:type="dxa"/>
          </w:tcPr>
          <w:p w14:paraId="5940D1A9" w14:textId="77777777" w:rsidR="0075272A" w:rsidRDefault="00EA2593">
            <w:r>
              <w:t>11 / 2025</w:t>
            </w:r>
          </w:p>
        </w:tc>
      </w:tr>
    </w:tbl>
    <w:p w14:paraId="02C73F76" w14:textId="77777777" w:rsidR="0075272A" w:rsidRDefault="00EA2593">
      <w:pPr>
        <w:pStyle w:val="21"/>
      </w:pPr>
      <w:r>
        <w:t>Course Objectives</w:t>
      </w:r>
    </w:p>
    <w:p w14:paraId="30DA3B3B" w14:textId="77777777" w:rsidR="0075272A" w:rsidRDefault="00EA2593">
      <w:bookmarkStart w:id="0" w:name="_GoBack"/>
      <w:r>
        <w:t>1. To cultivate a love for the Arabic language, the language of the Holy Qur’an.</w:t>
      </w:r>
    </w:p>
    <w:p w14:paraId="3F1F041A" w14:textId="77777777" w:rsidR="0075272A" w:rsidRDefault="00EA2593">
      <w:r>
        <w:t>2. To familiarize students with correct vocabulary, structures, and proper linguistic styles.</w:t>
      </w:r>
    </w:p>
    <w:p w14:paraId="23ED36BC" w14:textId="77777777" w:rsidR="0075272A" w:rsidRDefault="00EA2593">
      <w:r>
        <w:t>3. To enable students to read correctly and use language effectively in communication.</w:t>
      </w:r>
    </w:p>
    <w:p w14:paraId="5E59833E" w14:textId="77777777" w:rsidR="0075272A" w:rsidRDefault="00EA2593">
      <w:r>
        <w:t>4. To train students in correct verbal and written expression and proper punctuation use.</w:t>
      </w:r>
    </w:p>
    <w:p w14:paraId="2B0CBD2A" w14:textId="77777777" w:rsidR="0075272A" w:rsidRDefault="00EA2593">
      <w:r>
        <w:t>5. To strengthen handwriting and spelling skills.</w:t>
      </w:r>
    </w:p>
    <w:p w14:paraId="22C1AD5B" w14:textId="77777777" w:rsidR="0075272A" w:rsidRDefault="00EA2593">
      <w:r>
        <w:t>6. To train students in conversation rules, respecting others’ opinions, and overcoming shyness.</w:t>
      </w:r>
    </w:p>
    <w:bookmarkEnd w:id="0"/>
    <w:p w14:paraId="7B243F44" w14:textId="77777777" w:rsidR="0075272A" w:rsidRDefault="00EA2593">
      <w:pPr>
        <w:pStyle w:val="21"/>
      </w:pPr>
      <w:r>
        <w:t>Teaching and Learning Methods</w:t>
      </w:r>
    </w:p>
    <w:p w14:paraId="389C1149" w14:textId="77777777" w:rsidR="0075272A" w:rsidRDefault="00EA2593">
      <w:r>
        <w:t>1. Interactive lectures with students.</w:t>
      </w:r>
    </w:p>
    <w:p w14:paraId="564FE17A" w14:textId="77777777" w:rsidR="0075272A" w:rsidRDefault="00EA2593">
      <w:r>
        <w:t>2. Classroom participation and discussion.</w:t>
      </w:r>
    </w:p>
    <w:p w14:paraId="5189FBDB" w14:textId="77777777" w:rsidR="0075272A" w:rsidRDefault="00EA2593">
      <w:pPr>
        <w:pStyle w:val="21"/>
      </w:pPr>
      <w:r>
        <w:t>Evaluation Methods</w:t>
      </w:r>
    </w:p>
    <w:p w14:paraId="358FE809" w14:textId="77777777" w:rsidR="0075272A" w:rsidRDefault="00EA2593">
      <w:r>
        <w:t>• Sudden daily quizzes.</w:t>
      </w:r>
    </w:p>
    <w:p w14:paraId="6CC57530" w14:textId="77777777" w:rsidR="0075272A" w:rsidRDefault="00EA2593">
      <w:r>
        <w:t>• Written and oral examinations.</w:t>
      </w:r>
    </w:p>
    <w:p w14:paraId="6E2D9D0F" w14:textId="77777777" w:rsidR="0075272A" w:rsidRDefault="00EA2593">
      <w:r>
        <w:t>• Additional grades for students who attend actively.</w:t>
      </w:r>
    </w:p>
    <w:p w14:paraId="66EF3492" w14:textId="77777777" w:rsidR="0075272A" w:rsidRDefault="00EA2593">
      <w:pPr>
        <w:pStyle w:val="21"/>
      </w:pPr>
      <w:r>
        <w:t>Final Learning Outcomes</w:t>
      </w:r>
    </w:p>
    <w:p w14:paraId="01C0A314" w14:textId="77777777" w:rsidR="0075272A" w:rsidRDefault="00EA2593">
      <w:r>
        <w:t>Upon completing this course, the student will be able to:</w:t>
      </w:r>
    </w:p>
    <w:p w14:paraId="563CE82B" w14:textId="77777777" w:rsidR="0075272A" w:rsidRDefault="00EA2593">
      <w:r>
        <w:t>1. Explain the concepts of listening, speaking, reading, and writing.</w:t>
      </w:r>
    </w:p>
    <w:p w14:paraId="79A39269" w14:textId="77777777" w:rsidR="0075272A" w:rsidRDefault="00EA2593">
      <w:r>
        <w:lastRenderedPageBreak/>
        <w:t>2. Analyze and understand linguistic terms.</w:t>
      </w:r>
    </w:p>
    <w:p w14:paraId="1334C05B" w14:textId="77777777" w:rsidR="0075272A" w:rsidRDefault="00EA2593">
      <w:pPr>
        <w:pStyle w:val="21"/>
      </w:pPr>
      <w:r>
        <w:t>Course Structure (Weekly Plan)</w:t>
      </w:r>
    </w:p>
    <w:tbl>
      <w:tblPr>
        <w:tblStyle w:val="afa"/>
        <w:tblW w:w="0" w:type="auto"/>
        <w:tblLook w:val="04A0" w:firstRow="1" w:lastRow="0" w:firstColumn="1" w:lastColumn="0" w:noHBand="0" w:noVBand="1"/>
      </w:tblPr>
      <w:tblGrid>
        <w:gridCol w:w="1728"/>
        <w:gridCol w:w="1728"/>
        <w:gridCol w:w="1728"/>
        <w:gridCol w:w="1728"/>
        <w:gridCol w:w="1728"/>
      </w:tblGrid>
      <w:tr w:rsidR="0075272A" w14:paraId="3749ED7D" w14:textId="77777777" w:rsidTr="00BF6DCB">
        <w:tc>
          <w:tcPr>
            <w:tcW w:w="1728" w:type="dxa"/>
          </w:tcPr>
          <w:p w14:paraId="69C4206C" w14:textId="77777777" w:rsidR="0075272A" w:rsidRDefault="00EA2593">
            <w:r>
              <w:t>Week</w:t>
            </w:r>
          </w:p>
        </w:tc>
        <w:tc>
          <w:tcPr>
            <w:tcW w:w="1728" w:type="dxa"/>
          </w:tcPr>
          <w:p w14:paraId="241CC65F" w14:textId="77777777" w:rsidR="0075272A" w:rsidRDefault="00EA2593">
            <w:r>
              <w:t>Date</w:t>
            </w:r>
          </w:p>
        </w:tc>
        <w:tc>
          <w:tcPr>
            <w:tcW w:w="1728" w:type="dxa"/>
          </w:tcPr>
          <w:p w14:paraId="7EF2FD01" w14:textId="77777777" w:rsidR="0075272A" w:rsidRDefault="00EA2593">
            <w:r>
              <w:t>Topic</w:t>
            </w:r>
          </w:p>
        </w:tc>
        <w:tc>
          <w:tcPr>
            <w:tcW w:w="1728" w:type="dxa"/>
          </w:tcPr>
          <w:p w14:paraId="4AE10F0A" w14:textId="77777777" w:rsidR="0075272A" w:rsidRDefault="00EA2593">
            <w:r>
              <w:t>Learning Method</w:t>
            </w:r>
          </w:p>
        </w:tc>
        <w:tc>
          <w:tcPr>
            <w:tcW w:w="1728" w:type="dxa"/>
          </w:tcPr>
          <w:p w14:paraId="370AE041" w14:textId="77777777" w:rsidR="0075272A" w:rsidRDefault="00EA2593">
            <w:r>
              <w:t>Evaluation Method</w:t>
            </w:r>
          </w:p>
        </w:tc>
      </w:tr>
      <w:tr w:rsidR="0075272A" w14:paraId="26DD07EC" w14:textId="77777777" w:rsidTr="00BF6DCB">
        <w:tc>
          <w:tcPr>
            <w:tcW w:w="1728" w:type="dxa"/>
          </w:tcPr>
          <w:p w14:paraId="2A28A004" w14:textId="77777777" w:rsidR="0075272A" w:rsidRDefault="00EA2593">
            <w:r>
              <w:t>1</w:t>
            </w:r>
          </w:p>
        </w:tc>
        <w:tc>
          <w:tcPr>
            <w:tcW w:w="1728" w:type="dxa"/>
          </w:tcPr>
          <w:p w14:paraId="738F777E" w14:textId="77777777" w:rsidR="0075272A" w:rsidRDefault="00EA2593">
            <w:r>
              <w:t>15/12/2025</w:t>
            </w:r>
          </w:p>
        </w:tc>
        <w:tc>
          <w:tcPr>
            <w:tcW w:w="1728" w:type="dxa"/>
          </w:tcPr>
          <w:p w14:paraId="61E805E5" w14:textId="77777777" w:rsidR="0075272A" w:rsidRDefault="00EA2593">
            <w:r>
              <w:t>Introductory lecture on grammar, spelling, and alphabet.</w:t>
            </w:r>
          </w:p>
        </w:tc>
        <w:tc>
          <w:tcPr>
            <w:tcW w:w="1728" w:type="dxa"/>
          </w:tcPr>
          <w:p w14:paraId="1D371C67" w14:textId="77777777" w:rsidR="0075272A" w:rsidRDefault="00EA2593">
            <w:r>
              <w:t>Board explanation + discussion</w:t>
            </w:r>
          </w:p>
        </w:tc>
        <w:tc>
          <w:tcPr>
            <w:tcW w:w="1728" w:type="dxa"/>
          </w:tcPr>
          <w:p w14:paraId="664958B5" w14:textId="77777777" w:rsidR="0075272A" w:rsidRDefault="00EA2593">
            <w:r>
              <w:t>Weekly quizzes + exams</w:t>
            </w:r>
          </w:p>
        </w:tc>
      </w:tr>
      <w:tr w:rsidR="0075272A" w14:paraId="65D1CE1E" w14:textId="77777777" w:rsidTr="00BF6DCB">
        <w:tc>
          <w:tcPr>
            <w:tcW w:w="1728" w:type="dxa"/>
          </w:tcPr>
          <w:p w14:paraId="0885BF5B" w14:textId="77777777" w:rsidR="0075272A" w:rsidRDefault="00EA2593">
            <w:r>
              <w:t>2</w:t>
            </w:r>
          </w:p>
        </w:tc>
        <w:tc>
          <w:tcPr>
            <w:tcW w:w="1728" w:type="dxa"/>
          </w:tcPr>
          <w:p w14:paraId="0E0AB8A3" w14:textId="77777777" w:rsidR="0075272A" w:rsidRDefault="00EA2593">
            <w:r>
              <w:t>22/12/2025</w:t>
            </w:r>
          </w:p>
        </w:tc>
        <w:tc>
          <w:tcPr>
            <w:tcW w:w="1728" w:type="dxa"/>
          </w:tcPr>
          <w:p w14:paraId="4C5A0FFE" w14:textId="77777777" w:rsidR="0075272A" w:rsidRDefault="00EA2593">
            <w:r>
              <w:t>Characteristics of the Arabic language</w:t>
            </w:r>
          </w:p>
        </w:tc>
        <w:tc>
          <w:tcPr>
            <w:tcW w:w="1728" w:type="dxa"/>
          </w:tcPr>
          <w:p w14:paraId="362467C1" w14:textId="77777777" w:rsidR="0075272A" w:rsidRDefault="00EA2593">
            <w:r>
              <w:t>Lectures + board</w:t>
            </w:r>
          </w:p>
        </w:tc>
        <w:tc>
          <w:tcPr>
            <w:tcW w:w="1728" w:type="dxa"/>
          </w:tcPr>
          <w:p w14:paraId="2DAD20D8" w14:textId="77777777" w:rsidR="0075272A" w:rsidRDefault="00EA2593">
            <w:r>
              <w:t>Case studies + participation + evaluation</w:t>
            </w:r>
          </w:p>
        </w:tc>
      </w:tr>
      <w:tr w:rsidR="0075272A" w14:paraId="0F164E6C" w14:textId="77777777" w:rsidTr="00BF6DCB">
        <w:tc>
          <w:tcPr>
            <w:tcW w:w="1728" w:type="dxa"/>
          </w:tcPr>
          <w:p w14:paraId="3CDD31F6" w14:textId="77777777" w:rsidR="0075272A" w:rsidRDefault="00EA2593">
            <w:r>
              <w:t>3</w:t>
            </w:r>
          </w:p>
        </w:tc>
        <w:tc>
          <w:tcPr>
            <w:tcW w:w="1728" w:type="dxa"/>
          </w:tcPr>
          <w:p w14:paraId="0CD274C6" w14:textId="77777777" w:rsidR="0075272A" w:rsidRDefault="00EA2593">
            <w:r>
              <w:t>29/12/2025</w:t>
            </w:r>
          </w:p>
        </w:tc>
        <w:tc>
          <w:tcPr>
            <w:tcW w:w="1728" w:type="dxa"/>
          </w:tcPr>
          <w:p w14:paraId="00D69192" w14:textId="77777777" w:rsidR="0075272A" w:rsidRDefault="00EA2593">
            <w:r>
              <w:t>Factors of richness in the Arabic language</w:t>
            </w:r>
          </w:p>
        </w:tc>
        <w:tc>
          <w:tcPr>
            <w:tcW w:w="1728" w:type="dxa"/>
          </w:tcPr>
          <w:p w14:paraId="429B4603" w14:textId="77777777" w:rsidR="0075272A" w:rsidRDefault="00EA2593">
            <w:r>
              <w:t>Board explanation</w:t>
            </w:r>
          </w:p>
        </w:tc>
        <w:tc>
          <w:tcPr>
            <w:tcW w:w="1728" w:type="dxa"/>
          </w:tcPr>
          <w:p w14:paraId="59D9AEDE" w14:textId="77777777" w:rsidR="0075272A" w:rsidRDefault="00EA2593">
            <w:r>
              <w:t>Weekly quizzes + exams</w:t>
            </w:r>
          </w:p>
        </w:tc>
      </w:tr>
      <w:tr w:rsidR="0075272A" w14:paraId="59070BF1" w14:textId="77777777" w:rsidTr="00BF6DCB">
        <w:tc>
          <w:tcPr>
            <w:tcW w:w="1728" w:type="dxa"/>
          </w:tcPr>
          <w:p w14:paraId="65CB3B8E" w14:textId="77777777" w:rsidR="0075272A" w:rsidRDefault="00EA2593">
            <w:r>
              <w:t>4</w:t>
            </w:r>
          </w:p>
        </w:tc>
        <w:tc>
          <w:tcPr>
            <w:tcW w:w="1728" w:type="dxa"/>
          </w:tcPr>
          <w:p w14:paraId="40B8AAE0" w14:textId="77777777" w:rsidR="0075272A" w:rsidRDefault="00EA2593">
            <w:r>
              <w:t>5/1/2026</w:t>
            </w:r>
          </w:p>
        </w:tc>
        <w:tc>
          <w:tcPr>
            <w:tcW w:w="1728" w:type="dxa"/>
          </w:tcPr>
          <w:p w14:paraId="0780299F" w14:textId="77777777" w:rsidR="0075272A" w:rsidRDefault="00EA2593">
            <w:r>
              <w:t>Punctuation marks</w:t>
            </w:r>
          </w:p>
        </w:tc>
        <w:tc>
          <w:tcPr>
            <w:tcW w:w="1728" w:type="dxa"/>
          </w:tcPr>
          <w:p w14:paraId="5AC96EDC" w14:textId="77777777" w:rsidR="0075272A" w:rsidRDefault="00EA2593">
            <w:r>
              <w:t>Board explanation</w:t>
            </w:r>
          </w:p>
        </w:tc>
        <w:tc>
          <w:tcPr>
            <w:tcW w:w="1728" w:type="dxa"/>
          </w:tcPr>
          <w:p w14:paraId="7CAECD4D" w14:textId="77777777" w:rsidR="0075272A" w:rsidRDefault="00EA2593">
            <w:r>
              <w:t>Weekly quizzes + exams + discussion</w:t>
            </w:r>
          </w:p>
        </w:tc>
      </w:tr>
      <w:tr w:rsidR="0075272A" w14:paraId="52F3B9B6" w14:textId="77777777" w:rsidTr="00BF6DCB">
        <w:tc>
          <w:tcPr>
            <w:tcW w:w="1728" w:type="dxa"/>
          </w:tcPr>
          <w:p w14:paraId="7E61F7E3" w14:textId="77777777" w:rsidR="0075272A" w:rsidRDefault="00EA2593">
            <w:r>
              <w:t>5</w:t>
            </w:r>
          </w:p>
        </w:tc>
        <w:tc>
          <w:tcPr>
            <w:tcW w:w="1728" w:type="dxa"/>
          </w:tcPr>
          <w:p w14:paraId="0F6FA96B" w14:textId="77777777" w:rsidR="0075272A" w:rsidRDefault="00EA2593">
            <w:r>
              <w:t>12/1/2026</w:t>
            </w:r>
          </w:p>
        </w:tc>
        <w:tc>
          <w:tcPr>
            <w:tcW w:w="1728" w:type="dxa"/>
          </w:tcPr>
          <w:p w14:paraId="49C31B34" w14:textId="77777777" w:rsidR="0075272A" w:rsidRDefault="00EA2593">
            <w:r>
              <w:t>Hamzat Al-Qat‘ and Al-Wasl</w:t>
            </w:r>
          </w:p>
        </w:tc>
        <w:tc>
          <w:tcPr>
            <w:tcW w:w="1728" w:type="dxa"/>
          </w:tcPr>
          <w:p w14:paraId="5CF76F9B" w14:textId="77777777" w:rsidR="0075272A" w:rsidRDefault="00EA2593">
            <w:r>
              <w:t>Board explanation</w:t>
            </w:r>
          </w:p>
        </w:tc>
        <w:tc>
          <w:tcPr>
            <w:tcW w:w="1728" w:type="dxa"/>
          </w:tcPr>
          <w:p w14:paraId="1B8185B9" w14:textId="77777777" w:rsidR="0075272A" w:rsidRDefault="00EA2593">
            <w:r>
              <w:t>Weekly quizzes + exams</w:t>
            </w:r>
          </w:p>
        </w:tc>
      </w:tr>
      <w:tr w:rsidR="0075272A" w14:paraId="545DF626" w14:textId="77777777" w:rsidTr="00BF6DCB">
        <w:tc>
          <w:tcPr>
            <w:tcW w:w="1728" w:type="dxa"/>
          </w:tcPr>
          <w:p w14:paraId="6B285B19" w14:textId="77777777" w:rsidR="0075272A" w:rsidRDefault="00EA2593">
            <w:r>
              <w:t>6</w:t>
            </w:r>
          </w:p>
        </w:tc>
        <w:tc>
          <w:tcPr>
            <w:tcW w:w="1728" w:type="dxa"/>
          </w:tcPr>
          <w:p w14:paraId="063BC213" w14:textId="77777777" w:rsidR="0075272A" w:rsidRDefault="00EA2593">
            <w:r>
              <w:t>19/1/2026</w:t>
            </w:r>
          </w:p>
        </w:tc>
        <w:tc>
          <w:tcPr>
            <w:tcW w:w="1728" w:type="dxa"/>
          </w:tcPr>
          <w:p w14:paraId="3D910D46" w14:textId="77777777" w:rsidR="0075272A" w:rsidRDefault="00EA2593">
            <w:r>
              <w:t>Daily Exam</w:t>
            </w:r>
          </w:p>
        </w:tc>
        <w:tc>
          <w:tcPr>
            <w:tcW w:w="1728" w:type="dxa"/>
          </w:tcPr>
          <w:p w14:paraId="00B6FD04" w14:textId="77777777" w:rsidR="0075272A" w:rsidRDefault="0075272A"/>
        </w:tc>
        <w:tc>
          <w:tcPr>
            <w:tcW w:w="1728" w:type="dxa"/>
          </w:tcPr>
          <w:p w14:paraId="071539FB" w14:textId="77777777" w:rsidR="0075272A" w:rsidRDefault="0075272A"/>
        </w:tc>
      </w:tr>
      <w:tr w:rsidR="0075272A" w14:paraId="51420F99" w14:textId="77777777" w:rsidTr="00BF6DCB">
        <w:tc>
          <w:tcPr>
            <w:tcW w:w="1728" w:type="dxa"/>
          </w:tcPr>
          <w:p w14:paraId="33B8FC57" w14:textId="77777777" w:rsidR="0075272A" w:rsidRDefault="00EA2593">
            <w:r>
              <w:t>7</w:t>
            </w:r>
          </w:p>
        </w:tc>
        <w:tc>
          <w:tcPr>
            <w:tcW w:w="1728" w:type="dxa"/>
          </w:tcPr>
          <w:p w14:paraId="5AB56062" w14:textId="77777777" w:rsidR="0075272A" w:rsidRDefault="00EA2593">
            <w:r>
              <w:t>26/1/2026</w:t>
            </w:r>
          </w:p>
        </w:tc>
        <w:tc>
          <w:tcPr>
            <w:tcW w:w="1728" w:type="dxa"/>
          </w:tcPr>
          <w:p w14:paraId="7B3F7414" w14:textId="77777777" w:rsidR="0075272A" w:rsidRDefault="00EA2593">
            <w:r>
              <w:t>Writing Dhaad and Zaa</w:t>
            </w:r>
          </w:p>
        </w:tc>
        <w:tc>
          <w:tcPr>
            <w:tcW w:w="1728" w:type="dxa"/>
          </w:tcPr>
          <w:p w14:paraId="4C55135C" w14:textId="77777777" w:rsidR="0075272A" w:rsidRDefault="00EA2593">
            <w:r>
              <w:t>Board explanation</w:t>
            </w:r>
          </w:p>
        </w:tc>
        <w:tc>
          <w:tcPr>
            <w:tcW w:w="1728" w:type="dxa"/>
          </w:tcPr>
          <w:p w14:paraId="76D48011" w14:textId="77777777" w:rsidR="0075272A" w:rsidRDefault="00EA2593">
            <w:r>
              <w:t>Weekly quizzes + exams</w:t>
            </w:r>
          </w:p>
        </w:tc>
      </w:tr>
      <w:tr w:rsidR="0075272A" w14:paraId="2C365470" w14:textId="77777777" w:rsidTr="00BF6DCB">
        <w:tc>
          <w:tcPr>
            <w:tcW w:w="1728" w:type="dxa"/>
          </w:tcPr>
          <w:p w14:paraId="6E5D5159" w14:textId="77777777" w:rsidR="0075272A" w:rsidRDefault="00EA2593">
            <w:r>
              <w:t>8</w:t>
            </w:r>
          </w:p>
        </w:tc>
        <w:tc>
          <w:tcPr>
            <w:tcW w:w="1728" w:type="dxa"/>
          </w:tcPr>
          <w:p w14:paraId="0D06AB56" w14:textId="77777777" w:rsidR="0075272A" w:rsidRDefault="00EA2593">
            <w:r>
              <w:t>2/2/2026</w:t>
            </w:r>
          </w:p>
        </w:tc>
        <w:tc>
          <w:tcPr>
            <w:tcW w:w="1728" w:type="dxa"/>
          </w:tcPr>
          <w:p w14:paraId="53E7BA36" w14:textId="77777777" w:rsidR="0075272A" w:rsidRDefault="00EA2593">
            <w:r>
              <w:t>Writing the soft Alif</w:t>
            </w:r>
          </w:p>
        </w:tc>
        <w:tc>
          <w:tcPr>
            <w:tcW w:w="1728" w:type="dxa"/>
          </w:tcPr>
          <w:p w14:paraId="7BDF9DC1" w14:textId="77777777" w:rsidR="0075272A" w:rsidRDefault="00EA2593">
            <w:r>
              <w:t>Board explanation</w:t>
            </w:r>
          </w:p>
        </w:tc>
        <w:tc>
          <w:tcPr>
            <w:tcW w:w="1728" w:type="dxa"/>
          </w:tcPr>
          <w:p w14:paraId="4CB3E3C8" w14:textId="77777777" w:rsidR="0075272A" w:rsidRDefault="00EA2593">
            <w:r>
              <w:t>Weekly quizzes + exams</w:t>
            </w:r>
          </w:p>
        </w:tc>
      </w:tr>
      <w:tr w:rsidR="0075272A" w14:paraId="2DA7FC33" w14:textId="77777777" w:rsidTr="00BF6DCB">
        <w:tc>
          <w:tcPr>
            <w:tcW w:w="1728" w:type="dxa"/>
          </w:tcPr>
          <w:p w14:paraId="3B520BED" w14:textId="77777777" w:rsidR="0075272A" w:rsidRDefault="00EA2593">
            <w:r>
              <w:t>9</w:t>
            </w:r>
          </w:p>
        </w:tc>
        <w:tc>
          <w:tcPr>
            <w:tcW w:w="1728" w:type="dxa"/>
          </w:tcPr>
          <w:p w14:paraId="55A068A0" w14:textId="77777777" w:rsidR="0075272A" w:rsidRDefault="00EA2593">
            <w:r>
              <w:t>9/2/2026</w:t>
            </w:r>
          </w:p>
        </w:tc>
        <w:tc>
          <w:tcPr>
            <w:tcW w:w="1728" w:type="dxa"/>
          </w:tcPr>
          <w:p w14:paraId="05DAA0B0" w14:textId="77777777" w:rsidR="0075272A" w:rsidRDefault="00EA2593">
            <w:r>
              <w:t>Monthly Exam</w:t>
            </w:r>
          </w:p>
        </w:tc>
        <w:tc>
          <w:tcPr>
            <w:tcW w:w="1728" w:type="dxa"/>
          </w:tcPr>
          <w:p w14:paraId="2F533C42" w14:textId="77777777" w:rsidR="0075272A" w:rsidRDefault="0075272A"/>
        </w:tc>
        <w:tc>
          <w:tcPr>
            <w:tcW w:w="1728" w:type="dxa"/>
          </w:tcPr>
          <w:p w14:paraId="273B6BEC" w14:textId="77777777" w:rsidR="0075272A" w:rsidRDefault="0075272A"/>
        </w:tc>
      </w:tr>
      <w:tr w:rsidR="0075272A" w14:paraId="556B8D3C" w14:textId="77777777" w:rsidTr="00BF6DCB">
        <w:tc>
          <w:tcPr>
            <w:tcW w:w="1728" w:type="dxa"/>
          </w:tcPr>
          <w:p w14:paraId="20830499" w14:textId="77777777" w:rsidR="0075272A" w:rsidRDefault="00EA2593">
            <w:r>
              <w:t>10</w:t>
            </w:r>
          </w:p>
        </w:tc>
        <w:tc>
          <w:tcPr>
            <w:tcW w:w="1728" w:type="dxa"/>
          </w:tcPr>
          <w:p w14:paraId="5D5433C7" w14:textId="77777777" w:rsidR="0075272A" w:rsidRDefault="00EA2593">
            <w:r>
              <w:t>16/2/2026</w:t>
            </w:r>
          </w:p>
        </w:tc>
        <w:tc>
          <w:tcPr>
            <w:tcW w:w="1728" w:type="dxa"/>
          </w:tcPr>
          <w:p w14:paraId="02533D1A" w14:textId="77777777" w:rsidR="0075272A" w:rsidRDefault="00EA2593">
            <w:r>
              <w:t>Open and Closed Taa</w:t>
            </w:r>
          </w:p>
        </w:tc>
        <w:tc>
          <w:tcPr>
            <w:tcW w:w="1728" w:type="dxa"/>
          </w:tcPr>
          <w:p w14:paraId="4E5BBFD3" w14:textId="77777777" w:rsidR="0075272A" w:rsidRDefault="00EA2593">
            <w:r>
              <w:t>Board explanation</w:t>
            </w:r>
          </w:p>
        </w:tc>
        <w:tc>
          <w:tcPr>
            <w:tcW w:w="1728" w:type="dxa"/>
          </w:tcPr>
          <w:p w14:paraId="30DAD008" w14:textId="77777777" w:rsidR="0075272A" w:rsidRDefault="00EA2593">
            <w:r>
              <w:t>Weekly quizzes + exams</w:t>
            </w:r>
          </w:p>
        </w:tc>
      </w:tr>
      <w:tr w:rsidR="0075272A" w14:paraId="102426EE" w14:textId="77777777" w:rsidTr="00BF6DCB">
        <w:tc>
          <w:tcPr>
            <w:tcW w:w="1728" w:type="dxa"/>
          </w:tcPr>
          <w:p w14:paraId="1A1617D5" w14:textId="77777777" w:rsidR="0075272A" w:rsidRDefault="00EA2593">
            <w:r>
              <w:t>11</w:t>
            </w:r>
          </w:p>
        </w:tc>
        <w:tc>
          <w:tcPr>
            <w:tcW w:w="1728" w:type="dxa"/>
          </w:tcPr>
          <w:p w14:paraId="5C9D0278" w14:textId="77777777" w:rsidR="0075272A" w:rsidRDefault="00EA2593">
            <w:r>
              <w:t>23/2/2026</w:t>
            </w:r>
          </w:p>
        </w:tc>
        <w:tc>
          <w:tcPr>
            <w:tcW w:w="1728" w:type="dxa"/>
          </w:tcPr>
          <w:p w14:paraId="0E74A95C" w14:textId="77777777" w:rsidR="0075272A" w:rsidRDefault="00EA2593">
            <w:r>
              <w:t>Nominal sentence (Subject &amp; Predicate)</w:t>
            </w:r>
          </w:p>
        </w:tc>
        <w:tc>
          <w:tcPr>
            <w:tcW w:w="1728" w:type="dxa"/>
          </w:tcPr>
          <w:p w14:paraId="2C91FA40" w14:textId="77777777" w:rsidR="0075272A" w:rsidRDefault="00EA2593">
            <w:r>
              <w:t>Board explanation</w:t>
            </w:r>
          </w:p>
        </w:tc>
        <w:tc>
          <w:tcPr>
            <w:tcW w:w="1728" w:type="dxa"/>
          </w:tcPr>
          <w:p w14:paraId="773A3C31" w14:textId="77777777" w:rsidR="0075272A" w:rsidRDefault="00EA2593">
            <w:r>
              <w:t>Weekly quizzes + exams</w:t>
            </w:r>
          </w:p>
        </w:tc>
      </w:tr>
      <w:tr w:rsidR="0075272A" w14:paraId="5D49A271" w14:textId="77777777" w:rsidTr="00BF6DCB">
        <w:tc>
          <w:tcPr>
            <w:tcW w:w="1728" w:type="dxa"/>
          </w:tcPr>
          <w:p w14:paraId="55F626FE" w14:textId="77777777" w:rsidR="0075272A" w:rsidRDefault="00EA2593">
            <w:r>
              <w:t>12</w:t>
            </w:r>
          </w:p>
        </w:tc>
        <w:tc>
          <w:tcPr>
            <w:tcW w:w="1728" w:type="dxa"/>
          </w:tcPr>
          <w:p w14:paraId="5F42B065" w14:textId="77777777" w:rsidR="0075272A" w:rsidRDefault="00EA2593">
            <w:r>
              <w:t>2/3/2026</w:t>
            </w:r>
          </w:p>
        </w:tc>
        <w:tc>
          <w:tcPr>
            <w:tcW w:w="1728" w:type="dxa"/>
          </w:tcPr>
          <w:p w14:paraId="1C75EF88" w14:textId="77777777" w:rsidR="0075272A" w:rsidRDefault="00EA2593">
            <w:r>
              <w:t>Number and numbered word</w:t>
            </w:r>
          </w:p>
        </w:tc>
        <w:tc>
          <w:tcPr>
            <w:tcW w:w="1728" w:type="dxa"/>
          </w:tcPr>
          <w:p w14:paraId="7372E9E7" w14:textId="77777777" w:rsidR="0075272A" w:rsidRDefault="00EA2593">
            <w:r>
              <w:t>Diagram explanation</w:t>
            </w:r>
          </w:p>
        </w:tc>
        <w:tc>
          <w:tcPr>
            <w:tcW w:w="1728" w:type="dxa"/>
          </w:tcPr>
          <w:p w14:paraId="1A843749" w14:textId="77777777" w:rsidR="0075272A" w:rsidRDefault="00EA2593">
            <w:r>
              <w:t>Weekly quizzes + exams</w:t>
            </w:r>
          </w:p>
        </w:tc>
      </w:tr>
      <w:tr w:rsidR="0075272A" w14:paraId="08B49676" w14:textId="77777777" w:rsidTr="00BF6DCB">
        <w:tc>
          <w:tcPr>
            <w:tcW w:w="1728" w:type="dxa"/>
          </w:tcPr>
          <w:p w14:paraId="6CE9A85B" w14:textId="77777777" w:rsidR="0075272A" w:rsidRDefault="00EA2593">
            <w:r>
              <w:t>13</w:t>
            </w:r>
          </w:p>
        </w:tc>
        <w:tc>
          <w:tcPr>
            <w:tcW w:w="1728" w:type="dxa"/>
          </w:tcPr>
          <w:p w14:paraId="5AECAD0F" w14:textId="77777777" w:rsidR="0075272A" w:rsidRDefault="00EA2593">
            <w:r>
              <w:t>9/3/2026</w:t>
            </w:r>
          </w:p>
        </w:tc>
        <w:tc>
          <w:tcPr>
            <w:tcW w:w="1728" w:type="dxa"/>
          </w:tcPr>
          <w:p w14:paraId="44B7F7FC" w14:textId="77777777" w:rsidR="0075272A" w:rsidRDefault="00EA2593">
            <w:r>
              <w:t>Poem of Amr ibn Kulthoom</w:t>
            </w:r>
          </w:p>
        </w:tc>
        <w:tc>
          <w:tcPr>
            <w:tcW w:w="1728" w:type="dxa"/>
          </w:tcPr>
          <w:p w14:paraId="60B148B9" w14:textId="77777777" w:rsidR="0075272A" w:rsidRDefault="00EA2593">
            <w:r>
              <w:t>Reading + discussion</w:t>
            </w:r>
          </w:p>
        </w:tc>
        <w:tc>
          <w:tcPr>
            <w:tcW w:w="1728" w:type="dxa"/>
          </w:tcPr>
          <w:p w14:paraId="0C3FDAAB" w14:textId="77777777" w:rsidR="0075272A" w:rsidRDefault="00EA2593">
            <w:r>
              <w:t>Weekly quizzes + exams</w:t>
            </w:r>
          </w:p>
        </w:tc>
      </w:tr>
      <w:tr w:rsidR="0075272A" w14:paraId="33BA46F1" w14:textId="77777777" w:rsidTr="00BF6DCB">
        <w:tc>
          <w:tcPr>
            <w:tcW w:w="1728" w:type="dxa"/>
          </w:tcPr>
          <w:p w14:paraId="12FCD329" w14:textId="77777777" w:rsidR="0075272A" w:rsidRDefault="00EA2593">
            <w:r>
              <w:t>14</w:t>
            </w:r>
          </w:p>
        </w:tc>
        <w:tc>
          <w:tcPr>
            <w:tcW w:w="1728" w:type="dxa"/>
          </w:tcPr>
          <w:p w14:paraId="083D7868" w14:textId="77777777" w:rsidR="0075272A" w:rsidRDefault="00EA2593">
            <w:r>
              <w:t>16/3/2026</w:t>
            </w:r>
          </w:p>
        </w:tc>
        <w:tc>
          <w:tcPr>
            <w:tcW w:w="1728" w:type="dxa"/>
          </w:tcPr>
          <w:p w14:paraId="3940DD36" w14:textId="77777777" w:rsidR="0075272A" w:rsidRDefault="00EA2593">
            <w:r>
              <w:t>Daily Exam</w:t>
            </w:r>
          </w:p>
        </w:tc>
        <w:tc>
          <w:tcPr>
            <w:tcW w:w="1728" w:type="dxa"/>
          </w:tcPr>
          <w:p w14:paraId="087339A3" w14:textId="77777777" w:rsidR="0075272A" w:rsidRDefault="0075272A"/>
        </w:tc>
        <w:tc>
          <w:tcPr>
            <w:tcW w:w="1728" w:type="dxa"/>
          </w:tcPr>
          <w:p w14:paraId="4776CD99" w14:textId="77777777" w:rsidR="0075272A" w:rsidRDefault="0075272A"/>
        </w:tc>
      </w:tr>
      <w:tr w:rsidR="0075272A" w14:paraId="6984604E" w14:textId="77777777" w:rsidTr="00BF6DCB">
        <w:tc>
          <w:tcPr>
            <w:tcW w:w="1728" w:type="dxa"/>
          </w:tcPr>
          <w:p w14:paraId="0C4055A9" w14:textId="77777777" w:rsidR="0075272A" w:rsidRDefault="00EA2593">
            <w:r>
              <w:t>15</w:t>
            </w:r>
          </w:p>
        </w:tc>
        <w:tc>
          <w:tcPr>
            <w:tcW w:w="1728" w:type="dxa"/>
          </w:tcPr>
          <w:p w14:paraId="1B22DA29" w14:textId="77777777" w:rsidR="0075272A" w:rsidRDefault="00EA2593">
            <w:r>
              <w:t>23/3/2026</w:t>
            </w:r>
          </w:p>
        </w:tc>
        <w:tc>
          <w:tcPr>
            <w:tcW w:w="1728" w:type="dxa"/>
          </w:tcPr>
          <w:p w14:paraId="23181F5A" w14:textId="77777777" w:rsidR="0075272A" w:rsidRDefault="00EA2593">
            <w:r>
              <w:t>Dual form and its rules</w:t>
            </w:r>
          </w:p>
        </w:tc>
        <w:tc>
          <w:tcPr>
            <w:tcW w:w="1728" w:type="dxa"/>
          </w:tcPr>
          <w:p w14:paraId="6F778BF8" w14:textId="77777777" w:rsidR="0075272A" w:rsidRDefault="00EA2593">
            <w:r>
              <w:t>Board explanation</w:t>
            </w:r>
          </w:p>
        </w:tc>
        <w:tc>
          <w:tcPr>
            <w:tcW w:w="1728" w:type="dxa"/>
          </w:tcPr>
          <w:p w14:paraId="5841A5D9" w14:textId="77777777" w:rsidR="0075272A" w:rsidRDefault="00EA2593">
            <w:r>
              <w:t>Weekly quizzes + exams</w:t>
            </w:r>
          </w:p>
        </w:tc>
      </w:tr>
      <w:tr w:rsidR="0075272A" w14:paraId="2AD53255" w14:textId="77777777" w:rsidTr="00BF6DCB">
        <w:tc>
          <w:tcPr>
            <w:tcW w:w="1728" w:type="dxa"/>
          </w:tcPr>
          <w:p w14:paraId="166F6E73" w14:textId="77777777" w:rsidR="0075272A" w:rsidRDefault="00EA2593">
            <w:r>
              <w:t>16</w:t>
            </w:r>
          </w:p>
        </w:tc>
        <w:tc>
          <w:tcPr>
            <w:tcW w:w="1728" w:type="dxa"/>
          </w:tcPr>
          <w:p w14:paraId="4BECEAA6" w14:textId="77777777" w:rsidR="0075272A" w:rsidRDefault="00EA2593">
            <w:r>
              <w:t>30/3/2026</w:t>
            </w:r>
          </w:p>
        </w:tc>
        <w:tc>
          <w:tcPr>
            <w:tcW w:w="1728" w:type="dxa"/>
          </w:tcPr>
          <w:p w14:paraId="5AF2B6F9" w14:textId="77777777" w:rsidR="0075272A" w:rsidRDefault="00EA2593">
            <w:r>
              <w:t>Plural forms</w:t>
            </w:r>
          </w:p>
        </w:tc>
        <w:tc>
          <w:tcPr>
            <w:tcW w:w="1728" w:type="dxa"/>
          </w:tcPr>
          <w:p w14:paraId="2C62520A" w14:textId="77777777" w:rsidR="0075272A" w:rsidRDefault="00EA2593">
            <w:r>
              <w:t>Board explanation</w:t>
            </w:r>
          </w:p>
        </w:tc>
        <w:tc>
          <w:tcPr>
            <w:tcW w:w="1728" w:type="dxa"/>
          </w:tcPr>
          <w:p w14:paraId="52F20C78" w14:textId="77777777" w:rsidR="0075272A" w:rsidRDefault="00EA2593">
            <w:r>
              <w:t>Weekly quizzes + exams</w:t>
            </w:r>
          </w:p>
        </w:tc>
      </w:tr>
      <w:tr w:rsidR="0075272A" w14:paraId="7A730DF0" w14:textId="77777777" w:rsidTr="00BF6DCB">
        <w:tc>
          <w:tcPr>
            <w:tcW w:w="1728" w:type="dxa"/>
          </w:tcPr>
          <w:p w14:paraId="4FF8BF72" w14:textId="77777777" w:rsidR="0075272A" w:rsidRDefault="00EA2593">
            <w:r>
              <w:t>17</w:t>
            </w:r>
          </w:p>
        </w:tc>
        <w:tc>
          <w:tcPr>
            <w:tcW w:w="1728" w:type="dxa"/>
          </w:tcPr>
          <w:p w14:paraId="14D546B8" w14:textId="77777777" w:rsidR="0075272A" w:rsidRDefault="00EA2593">
            <w:r>
              <w:t>6/4/2026</w:t>
            </w:r>
          </w:p>
        </w:tc>
        <w:tc>
          <w:tcPr>
            <w:tcW w:w="1728" w:type="dxa"/>
          </w:tcPr>
          <w:p w14:paraId="5506AD33" w14:textId="77777777" w:rsidR="0075272A" w:rsidRDefault="00EA2593">
            <w:r>
              <w:t>The Five Nouns</w:t>
            </w:r>
          </w:p>
        </w:tc>
        <w:tc>
          <w:tcPr>
            <w:tcW w:w="1728" w:type="dxa"/>
          </w:tcPr>
          <w:p w14:paraId="7C2F6BBE" w14:textId="77777777" w:rsidR="0075272A" w:rsidRDefault="00EA2593">
            <w:r>
              <w:t>Board explanation</w:t>
            </w:r>
          </w:p>
        </w:tc>
        <w:tc>
          <w:tcPr>
            <w:tcW w:w="1728" w:type="dxa"/>
          </w:tcPr>
          <w:p w14:paraId="42455FA5" w14:textId="77777777" w:rsidR="0075272A" w:rsidRDefault="00EA2593">
            <w:r>
              <w:t>Weekly quizzes + exams</w:t>
            </w:r>
          </w:p>
        </w:tc>
      </w:tr>
      <w:tr w:rsidR="0075272A" w14:paraId="1DEA2F8E" w14:textId="77777777" w:rsidTr="00BF6DCB">
        <w:tc>
          <w:tcPr>
            <w:tcW w:w="1728" w:type="dxa"/>
          </w:tcPr>
          <w:p w14:paraId="2AEA9797" w14:textId="77777777" w:rsidR="0075272A" w:rsidRDefault="00EA2593">
            <w:r>
              <w:t>18</w:t>
            </w:r>
          </w:p>
        </w:tc>
        <w:tc>
          <w:tcPr>
            <w:tcW w:w="1728" w:type="dxa"/>
          </w:tcPr>
          <w:p w14:paraId="04C648D0" w14:textId="77777777" w:rsidR="0075272A" w:rsidRDefault="00EA2593">
            <w:r>
              <w:t>13/4/2026</w:t>
            </w:r>
          </w:p>
        </w:tc>
        <w:tc>
          <w:tcPr>
            <w:tcW w:w="1728" w:type="dxa"/>
          </w:tcPr>
          <w:p w14:paraId="45E3F594" w14:textId="77777777" w:rsidR="0075272A" w:rsidRDefault="00EA2593">
            <w:r>
              <w:t>Exam</w:t>
            </w:r>
          </w:p>
        </w:tc>
        <w:tc>
          <w:tcPr>
            <w:tcW w:w="1728" w:type="dxa"/>
          </w:tcPr>
          <w:p w14:paraId="55511A70" w14:textId="77777777" w:rsidR="0075272A" w:rsidRDefault="0075272A"/>
        </w:tc>
        <w:tc>
          <w:tcPr>
            <w:tcW w:w="1728" w:type="dxa"/>
          </w:tcPr>
          <w:p w14:paraId="23701534" w14:textId="77777777" w:rsidR="0075272A" w:rsidRDefault="0075272A"/>
        </w:tc>
      </w:tr>
      <w:tr w:rsidR="0075272A" w14:paraId="5E8499C9" w14:textId="77777777" w:rsidTr="00BF6DCB">
        <w:tc>
          <w:tcPr>
            <w:tcW w:w="1728" w:type="dxa"/>
          </w:tcPr>
          <w:p w14:paraId="3C2F0EE3" w14:textId="77777777" w:rsidR="0075272A" w:rsidRDefault="00EA2593">
            <w:r>
              <w:t>19</w:t>
            </w:r>
          </w:p>
        </w:tc>
        <w:tc>
          <w:tcPr>
            <w:tcW w:w="1728" w:type="dxa"/>
          </w:tcPr>
          <w:p w14:paraId="745AEC0F" w14:textId="77777777" w:rsidR="0075272A" w:rsidRDefault="00EA2593">
            <w:r>
              <w:t>20/4/2026</w:t>
            </w:r>
          </w:p>
        </w:tc>
        <w:tc>
          <w:tcPr>
            <w:tcW w:w="1728" w:type="dxa"/>
          </w:tcPr>
          <w:p w14:paraId="5F1EF43B" w14:textId="77777777" w:rsidR="0075272A" w:rsidRDefault="00EA2593">
            <w:r>
              <w:t>Sun and Moon letters</w:t>
            </w:r>
          </w:p>
        </w:tc>
        <w:tc>
          <w:tcPr>
            <w:tcW w:w="1728" w:type="dxa"/>
          </w:tcPr>
          <w:p w14:paraId="418C7425" w14:textId="77777777" w:rsidR="0075272A" w:rsidRDefault="00EA2593">
            <w:r>
              <w:t>Board explanation</w:t>
            </w:r>
          </w:p>
        </w:tc>
        <w:tc>
          <w:tcPr>
            <w:tcW w:w="1728" w:type="dxa"/>
          </w:tcPr>
          <w:p w14:paraId="44507AD2" w14:textId="77777777" w:rsidR="0075272A" w:rsidRDefault="00EA2593">
            <w:r>
              <w:t>Weekly quizzes + exams</w:t>
            </w:r>
          </w:p>
        </w:tc>
      </w:tr>
      <w:tr w:rsidR="0075272A" w14:paraId="64174A27" w14:textId="77777777" w:rsidTr="00BF6DCB">
        <w:tc>
          <w:tcPr>
            <w:tcW w:w="1728" w:type="dxa"/>
          </w:tcPr>
          <w:p w14:paraId="200CA982" w14:textId="77777777" w:rsidR="0075272A" w:rsidRDefault="00EA2593">
            <w:r>
              <w:t>20</w:t>
            </w:r>
          </w:p>
        </w:tc>
        <w:tc>
          <w:tcPr>
            <w:tcW w:w="1728" w:type="dxa"/>
          </w:tcPr>
          <w:p w14:paraId="20CFB2E0" w14:textId="77777777" w:rsidR="0075272A" w:rsidRDefault="00EA2593">
            <w:r>
              <w:t>27/4/2026</w:t>
            </w:r>
          </w:p>
        </w:tc>
        <w:tc>
          <w:tcPr>
            <w:tcW w:w="1728" w:type="dxa"/>
          </w:tcPr>
          <w:p w14:paraId="5B0DFC43" w14:textId="77777777" w:rsidR="0075272A" w:rsidRDefault="00EA2593">
            <w:r>
              <w:t xml:space="preserve">How to write a </w:t>
            </w:r>
            <w:r>
              <w:lastRenderedPageBreak/>
              <w:t>legal essay</w:t>
            </w:r>
          </w:p>
        </w:tc>
        <w:tc>
          <w:tcPr>
            <w:tcW w:w="1728" w:type="dxa"/>
          </w:tcPr>
          <w:p w14:paraId="42937BB8" w14:textId="77777777" w:rsidR="0075272A" w:rsidRDefault="00EA2593">
            <w:r>
              <w:lastRenderedPageBreak/>
              <w:t xml:space="preserve">Advice + </w:t>
            </w:r>
            <w:r>
              <w:lastRenderedPageBreak/>
              <w:t>explanation</w:t>
            </w:r>
          </w:p>
        </w:tc>
        <w:tc>
          <w:tcPr>
            <w:tcW w:w="1728" w:type="dxa"/>
          </w:tcPr>
          <w:p w14:paraId="2EFE1278" w14:textId="77777777" w:rsidR="0075272A" w:rsidRDefault="00EA2593">
            <w:r>
              <w:lastRenderedPageBreak/>
              <w:t xml:space="preserve">Weekly quizzes </w:t>
            </w:r>
            <w:r>
              <w:lastRenderedPageBreak/>
              <w:t>+ exams</w:t>
            </w:r>
          </w:p>
        </w:tc>
      </w:tr>
      <w:tr w:rsidR="0075272A" w14:paraId="7097AE7F" w14:textId="77777777" w:rsidTr="00BF6DCB">
        <w:tc>
          <w:tcPr>
            <w:tcW w:w="1728" w:type="dxa"/>
          </w:tcPr>
          <w:p w14:paraId="6C849BB9" w14:textId="77777777" w:rsidR="0075272A" w:rsidRDefault="00EA2593">
            <w:r>
              <w:lastRenderedPageBreak/>
              <w:t>21</w:t>
            </w:r>
          </w:p>
        </w:tc>
        <w:tc>
          <w:tcPr>
            <w:tcW w:w="1728" w:type="dxa"/>
          </w:tcPr>
          <w:p w14:paraId="3656F514" w14:textId="77777777" w:rsidR="0075272A" w:rsidRDefault="00EA2593">
            <w:r>
              <w:t>4/5/2026</w:t>
            </w:r>
          </w:p>
        </w:tc>
        <w:tc>
          <w:tcPr>
            <w:tcW w:w="1728" w:type="dxa"/>
          </w:tcPr>
          <w:p w14:paraId="4104D742" w14:textId="77777777" w:rsidR="0075272A" w:rsidRDefault="00EA2593">
            <w:r>
              <w:t>The literature of Ahmed Shawqi</w:t>
            </w:r>
          </w:p>
        </w:tc>
        <w:tc>
          <w:tcPr>
            <w:tcW w:w="1728" w:type="dxa"/>
          </w:tcPr>
          <w:p w14:paraId="71C2D464" w14:textId="77777777" w:rsidR="0075272A" w:rsidRDefault="00EA2593">
            <w:r>
              <w:t>Reading + discussion</w:t>
            </w:r>
          </w:p>
        </w:tc>
        <w:tc>
          <w:tcPr>
            <w:tcW w:w="1728" w:type="dxa"/>
          </w:tcPr>
          <w:p w14:paraId="5A5B033A" w14:textId="77777777" w:rsidR="0075272A" w:rsidRDefault="00EA2593">
            <w:r>
              <w:t>Weekly quizzes + exams</w:t>
            </w:r>
          </w:p>
        </w:tc>
      </w:tr>
      <w:tr w:rsidR="0075272A" w14:paraId="6DDA41F2" w14:textId="77777777" w:rsidTr="00BF6DCB">
        <w:tc>
          <w:tcPr>
            <w:tcW w:w="1728" w:type="dxa"/>
          </w:tcPr>
          <w:p w14:paraId="060E2398" w14:textId="77777777" w:rsidR="0075272A" w:rsidRDefault="00EA2593">
            <w:r>
              <w:t>22</w:t>
            </w:r>
          </w:p>
        </w:tc>
        <w:tc>
          <w:tcPr>
            <w:tcW w:w="1728" w:type="dxa"/>
          </w:tcPr>
          <w:p w14:paraId="67782F72" w14:textId="77777777" w:rsidR="0075272A" w:rsidRDefault="00EA2593">
            <w:r>
              <w:t>11/5/2026</w:t>
            </w:r>
          </w:p>
        </w:tc>
        <w:tc>
          <w:tcPr>
            <w:tcW w:w="1728" w:type="dxa"/>
          </w:tcPr>
          <w:p w14:paraId="08C10F38" w14:textId="77777777" w:rsidR="0075272A" w:rsidRDefault="00EA2593">
            <w:r>
              <w:t>Kana &amp; its sisters / Inna &amp; its sisters</w:t>
            </w:r>
          </w:p>
        </w:tc>
        <w:tc>
          <w:tcPr>
            <w:tcW w:w="1728" w:type="dxa"/>
          </w:tcPr>
          <w:p w14:paraId="717192E9" w14:textId="77777777" w:rsidR="0075272A" w:rsidRDefault="00EA2593">
            <w:r>
              <w:t>Board explanation</w:t>
            </w:r>
          </w:p>
        </w:tc>
        <w:tc>
          <w:tcPr>
            <w:tcW w:w="1728" w:type="dxa"/>
          </w:tcPr>
          <w:p w14:paraId="2D1DDDFF" w14:textId="77777777" w:rsidR="0075272A" w:rsidRDefault="00EA2593">
            <w:r>
              <w:t>Weekly quizzes + exams</w:t>
            </w:r>
          </w:p>
        </w:tc>
      </w:tr>
      <w:tr w:rsidR="0075272A" w14:paraId="0BCA1489" w14:textId="77777777" w:rsidTr="00BF6DCB">
        <w:tc>
          <w:tcPr>
            <w:tcW w:w="1728" w:type="dxa"/>
          </w:tcPr>
          <w:p w14:paraId="6920D799" w14:textId="77777777" w:rsidR="0075272A" w:rsidRDefault="00EA2593">
            <w:r>
              <w:t>23</w:t>
            </w:r>
          </w:p>
        </w:tc>
        <w:tc>
          <w:tcPr>
            <w:tcW w:w="1728" w:type="dxa"/>
          </w:tcPr>
          <w:p w14:paraId="2BFBFDFF" w14:textId="77777777" w:rsidR="0075272A" w:rsidRDefault="00EA2593">
            <w:r>
              <w:t>18/5/2026</w:t>
            </w:r>
          </w:p>
        </w:tc>
        <w:tc>
          <w:tcPr>
            <w:tcW w:w="1728" w:type="dxa"/>
          </w:tcPr>
          <w:p w14:paraId="7D4BEB50" w14:textId="77777777" w:rsidR="0075272A" w:rsidRDefault="00EA2593">
            <w:r>
              <w:t>Free verse (Badr Shakir Al-Sayyab) – Rain Song</w:t>
            </w:r>
          </w:p>
        </w:tc>
        <w:tc>
          <w:tcPr>
            <w:tcW w:w="1728" w:type="dxa"/>
          </w:tcPr>
          <w:p w14:paraId="648F476F" w14:textId="77777777" w:rsidR="0075272A" w:rsidRDefault="00EA2593">
            <w:r>
              <w:t>Reading + discussion</w:t>
            </w:r>
          </w:p>
        </w:tc>
        <w:tc>
          <w:tcPr>
            <w:tcW w:w="1728" w:type="dxa"/>
          </w:tcPr>
          <w:p w14:paraId="67B45266" w14:textId="77777777" w:rsidR="0075272A" w:rsidRDefault="00EA2593">
            <w:r>
              <w:t>Weekly quizzes + exams</w:t>
            </w:r>
          </w:p>
        </w:tc>
      </w:tr>
      <w:tr w:rsidR="0075272A" w14:paraId="47DF4C51" w14:textId="77777777" w:rsidTr="00BF6DCB">
        <w:tc>
          <w:tcPr>
            <w:tcW w:w="1728" w:type="dxa"/>
          </w:tcPr>
          <w:p w14:paraId="62827A73" w14:textId="77777777" w:rsidR="0075272A" w:rsidRDefault="00EA2593">
            <w:r>
              <w:t>24</w:t>
            </w:r>
          </w:p>
        </w:tc>
        <w:tc>
          <w:tcPr>
            <w:tcW w:w="1728" w:type="dxa"/>
          </w:tcPr>
          <w:p w14:paraId="42A06DD6" w14:textId="77777777" w:rsidR="0075272A" w:rsidRDefault="00EA2593">
            <w:r>
              <w:t>25/5/2026</w:t>
            </w:r>
          </w:p>
        </w:tc>
        <w:tc>
          <w:tcPr>
            <w:tcW w:w="1728" w:type="dxa"/>
          </w:tcPr>
          <w:p w14:paraId="1FA27F57" w14:textId="77777777" w:rsidR="0075272A" w:rsidRDefault="00EA2593">
            <w:r>
              <w:t>Poem of Nazik Al-Malaika</w:t>
            </w:r>
          </w:p>
        </w:tc>
        <w:tc>
          <w:tcPr>
            <w:tcW w:w="1728" w:type="dxa"/>
          </w:tcPr>
          <w:p w14:paraId="37FBE2DB" w14:textId="77777777" w:rsidR="0075272A" w:rsidRDefault="00EA2593">
            <w:r>
              <w:t>Reading + explanation</w:t>
            </w:r>
          </w:p>
        </w:tc>
        <w:tc>
          <w:tcPr>
            <w:tcW w:w="1728" w:type="dxa"/>
          </w:tcPr>
          <w:p w14:paraId="553AB284" w14:textId="77777777" w:rsidR="0075272A" w:rsidRDefault="00EA2593">
            <w:r>
              <w:t>Weekly quizzes + exams</w:t>
            </w:r>
          </w:p>
        </w:tc>
      </w:tr>
      <w:tr w:rsidR="0075272A" w14:paraId="203EA027" w14:textId="77777777" w:rsidTr="00BF6DCB">
        <w:tc>
          <w:tcPr>
            <w:tcW w:w="1728" w:type="dxa"/>
          </w:tcPr>
          <w:p w14:paraId="5C7F9B83" w14:textId="77777777" w:rsidR="0075272A" w:rsidRDefault="00EA2593">
            <w:r>
              <w:t>25</w:t>
            </w:r>
          </w:p>
        </w:tc>
        <w:tc>
          <w:tcPr>
            <w:tcW w:w="1728" w:type="dxa"/>
          </w:tcPr>
          <w:p w14:paraId="267DD37F" w14:textId="77777777" w:rsidR="0075272A" w:rsidRDefault="00EA2593">
            <w:r>
              <w:t>1/6/2026</w:t>
            </w:r>
          </w:p>
        </w:tc>
        <w:tc>
          <w:tcPr>
            <w:tcW w:w="1728" w:type="dxa"/>
          </w:tcPr>
          <w:p w14:paraId="44277FFC" w14:textId="77777777" w:rsidR="0075272A" w:rsidRDefault="00EA2593">
            <w:r>
              <w:t>Exam</w:t>
            </w:r>
          </w:p>
        </w:tc>
        <w:tc>
          <w:tcPr>
            <w:tcW w:w="1728" w:type="dxa"/>
          </w:tcPr>
          <w:p w14:paraId="3A65C003" w14:textId="77777777" w:rsidR="0075272A" w:rsidRDefault="0075272A"/>
        </w:tc>
        <w:tc>
          <w:tcPr>
            <w:tcW w:w="1728" w:type="dxa"/>
          </w:tcPr>
          <w:p w14:paraId="6C840848" w14:textId="77777777" w:rsidR="0075272A" w:rsidRDefault="0075272A"/>
        </w:tc>
      </w:tr>
      <w:tr w:rsidR="0075272A" w14:paraId="67F6CDC5" w14:textId="77777777" w:rsidTr="00BF6DCB">
        <w:tc>
          <w:tcPr>
            <w:tcW w:w="1728" w:type="dxa"/>
          </w:tcPr>
          <w:p w14:paraId="1D92C486" w14:textId="77777777" w:rsidR="0075272A" w:rsidRDefault="00EA2593">
            <w:r>
              <w:t>26</w:t>
            </w:r>
          </w:p>
        </w:tc>
        <w:tc>
          <w:tcPr>
            <w:tcW w:w="1728" w:type="dxa"/>
          </w:tcPr>
          <w:p w14:paraId="2289FFAE" w14:textId="77777777" w:rsidR="0075272A" w:rsidRDefault="00EA2593">
            <w:r>
              <w:t>8/6/2026</w:t>
            </w:r>
          </w:p>
        </w:tc>
        <w:tc>
          <w:tcPr>
            <w:tcW w:w="1728" w:type="dxa"/>
          </w:tcPr>
          <w:p w14:paraId="23227620" w14:textId="77777777" w:rsidR="0075272A" w:rsidRDefault="00EA2593">
            <w:r>
              <w:t>Conjunctions</w:t>
            </w:r>
          </w:p>
        </w:tc>
        <w:tc>
          <w:tcPr>
            <w:tcW w:w="1728" w:type="dxa"/>
          </w:tcPr>
          <w:p w14:paraId="7C1A8123" w14:textId="77777777" w:rsidR="0075272A" w:rsidRDefault="00EA2593">
            <w:r>
              <w:t>Board explanation</w:t>
            </w:r>
          </w:p>
        </w:tc>
        <w:tc>
          <w:tcPr>
            <w:tcW w:w="1728" w:type="dxa"/>
          </w:tcPr>
          <w:p w14:paraId="1FD921EA" w14:textId="77777777" w:rsidR="0075272A" w:rsidRDefault="00EA2593">
            <w:r>
              <w:t>Weekly quizzes + exams</w:t>
            </w:r>
          </w:p>
        </w:tc>
      </w:tr>
      <w:tr w:rsidR="0075272A" w14:paraId="3D48C31F" w14:textId="77777777" w:rsidTr="00BF6DCB">
        <w:tc>
          <w:tcPr>
            <w:tcW w:w="1728" w:type="dxa"/>
          </w:tcPr>
          <w:p w14:paraId="0240EE83" w14:textId="77777777" w:rsidR="0075272A" w:rsidRDefault="00EA2593">
            <w:r>
              <w:t>27</w:t>
            </w:r>
          </w:p>
        </w:tc>
        <w:tc>
          <w:tcPr>
            <w:tcW w:w="1728" w:type="dxa"/>
          </w:tcPr>
          <w:p w14:paraId="100AD94E" w14:textId="77777777" w:rsidR="0075272A" w:rsidRDefault="00EA2593">
            <w:r>
              <w:t>15/6/2026</w:t>
            </w:r>
          </w:p>
        </w:tc>
        <w:tc>
          <w:tcPr>
            <w:tcW w:w="1728" w:type="dxa"/>
          </w:tcPr>
          <w:p w14:paraId="0B3F4448" w14:textId="77777777" w:rsidR="0075272A" w:rsidRDefault="00EA2593">
            <w:r>
              <w:t>Preposition and object of preposition</w:t>
            </w:r>
          </w:p>
        </w:tc>
        <w:tc>
          <w:tcPr>
            <w:tcW w:w="1728" w:type="dxa"/>
          </w:tcPr>
          <w:p w14:paraId="152B3874" w14:textId="77777777" w:rsidR="0075272A" w:rsidRDefault="00EA2593">
            <w:r>
              <w:t>Board explanation</w:t>
            </w:r>
          </w:p>
        </w:tc>
        <w:tc>
          <w:tcPr>
            <w:tcW w:w="1728" w:type="dxa"/>
          </w:tcPr>
          <w:p w14:paraId="362179C1" w14:textId="77777777" w:rsidR="0075272A" w:rsidRDefault="00EA2593">
            <w:r>
              <w:t>Weekly quizzes + exams</w:t>
            </w:r>
          </w:p>
        </w:tc>
      </w:tr>
      <w:tr w:rsidR="0075272A" w14:paraId="386D5AFC" w14:textId="77777777" w:rsidTr="00BF6DCB">
        <w:tc>
          <w:tcPr>
            <w:tcW w:w="1728" w:type="dxa"/>
          </w:tcPr>
          <w:p w14:paraId="2B724638" w14:textId="77777777" w:rsidR="0075272A" w:rsidRDefault="00EA2593">
            <w:r>
              <w:t>28</w:t>
            </w:r>
          </w:p>
        </w:tc>
        <w:tc>
          <w:tcPr>
            <w:tcW w:w="1728" w:type="dxa"/>
          </w:tcPr>
          <w:p w14:paraId="59FC9088" w14:textId="77777777" w:rsidR="0075272A" w:rsidRDefault="00EA2593">
            <w:r>
              <w:t>22/6/2026</w:t>
            </w:r>
          </w:p>
        </w:tc>
        <w:tc>
          <w:tcPr>
            <w:tcW w:w="1728" w:type="dxa"/>
          </w:tcPr>
          <w:p w14:paraId="4941A878" w14:textId="77777777" w:rsidR="0075272A" w:rsidRDefault="00EA2593">
            <w:r>
              <w:t>The Maf’ooleat (Objects)</w:t>
            </w:r>
          </w:p>
        </w:tc>
        <w:tc>
          <w:tcPr>
            <w:tcW w:w="1728" w:type="dxa"/>
          </w:tcPr>
          <w:p w14:paraId="76E8CF1E" w14:textId="77777777" w:rsidR="0075272A" w:rsidRDefault="00EA2593">
            <w:r>
              <w:t>Board explanation</w:t>
            </w:r>
          </w:p>
        </w:tc>
        <w:tc>
          <w:tcPr>
            <w:tcW w:w="1728" w:type="dxa"/>
          </w:tcPr>
          <w:p w14:paraId="5C5EB5B2" w14:textId="77777777" w:rsidR="0075272A" w:rsidRDefault="00EA2593">
            <w:r>
              <w:t>Weekly quizzes + exams</w:t>
            </w:r>
          </w:p>
        </w:tc>
      </w:tr>
      <w:tr w:rsidR="0075272A" w14:paraId="6BAFFC00" w14:textId="77777777" w:rsidTr="00BF6DCB">
        <w:tc>
          <w:tcPr>
            <w:tcW w:w="1728" w:type="dxa"/>
          </w:tcPr>
          <w:p w14:paraId="56484FE9" w14:textId="77777777" w:rsidR="0075272A" w:rsidRDefault="00EA2593">
            <w:r>
              <w:t>29</w:t>
            </w:r>
          </w:p>
        </w:tc>
        <w:tc>
          <w:tcPr>
            <w:tcW w:w="1728" w:type="dxa"/>
          </w:tcPr>
          <w:p w14:paraId="2F2E79BC" w14:textId="77777777" w:rsidR="0075272A" w:rsidRDefault="00EA2593">
            <w:r>
              <w:t>29/6/2026</w:t>
            </w:r>
          </w:p>
        </w:tc>
        <w:tc>
          <w:tcPr>
            <w:tcW w:w="1728" w:type="dxa"/>
          </w:tcPr>
          <w:p w14:paraId="2500DDD7" w14:textId="77777777" w:rsidR="0075272A" w:rsidRDefault="00EA2593">
            <w:r>
              <w:t>Final Exam</w:t>
            </w:r>
          </w:p>
        </w:tc>
        <w:tc>
          <w:tcPr>
            <w:tcW w:w="1728" w:type="dxa"/>
          </w:tcPr>
          <w:p w14:paraId="2D4B51F4" w14:textId="77777777" w:rsidR="0075272A" w:rsidRDefault="0075272A"/>
        </w:tc>
        <w:tc>
          <w:tcPr>
            <w:tcW w:w="1728" w:type="dxa"/>
          </w:tcPr>
          <w:p w14:paraId="3D93D71B" w14:textId="77777777" w:rsidR="0075272A" w:rsidRDefault="0075272A"/>
        </w:tc>
      </w:tr>
    </w:tbl>
    <w:p w14:paraId="596379FE" w14:textId="77777777" w:rsidR="0075272A" w:rsidRDefault="00EA2593">
      <w:pPr>
        <w:pStyle w:val="21"/>
      </w:pPr>
      <w:r>
        <w:t>Main References</w:t>
      </w:r>
    </w:p>
    <w:p w14:paraId="584BF7FD" w14:textId="77777777" w:rsidR="0075272A" w:rsidRDefault="00EA2593">
      <w:r>
        <w:t>General Arabic Language for Non-specialized Departments – Abdul-Qader Hassan Amin</w:t>
      </w:r>
    </w:p>
    <w:p w14:paraId="75758245" w14:textId="77777777" w:rsidR="0075272A" w:rsidRDefault="00EA2593">
      <w:pPr>
        <w:pStyle w:val="21"/>
      </w:pPr>
      <w:r>
        <w:t>Supporting References</w:t>
      </w:r>
    </w:p>
    <w:p w14:paraId="38137758" w14:textId="77777777" w:rsidR="0075272A" w:rsidRDefault="00EA2593">
      <w:r>
        <w:t>• Scientific journals, reports, and supplementary sources.</w:t>
      </w:r>
    </w:p>
    <w:p w14:paraId="5DD6428F" w14:textId="77777777" w:rsidR="0075272A" w:rsidRDefault="00EA2593">
      <w:r>
        <w:t>• Online academic websites.</w:t>
      </w:r>
    </w:p>
    <w:p w14:paraId="7FC44EBF" w14:textId="77777777" w:rsidR="0075272A" w:rsidRDefault="00EA2593">
      <w:pPr>
        <w:pStyle w:val="21"/>
      </w:pPr>
      <w:r>
        <w:t>Course Instructor</w:t>
      </w:r>
    </w:p>
    <w:p w14:paraId="290DFDAF" w14:textId="77777777" w:rsidR="0075272A" w:rsidRDefault="00EA2593">
      <w:r>
        <w:t>Assistant Lecturer: Muna Sahib Ali</w:t>
      </w:r>
    </w:p>
    <w:p w14:paraId="18C9E5A3" w14:textId="77777777" w:rsidR="0075272A" w:rsidRDefault="00EA2593">
      <w:r>
        <w:t>Signature: __________________________</w:t>
      </w:r>
    </w:p>
    <w:sectPr w:rsidR="0075272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450F"/>
    <w:rsid w:val="0015074B"/>
    <w:rsid w:val="0029639D"/>
    <w:rsid w:val="00326F90"/>
    <w:rsid w:val="0075272A"/>
    <w:rsid w:val="00AA1D8D"/>
    <w:rsid w:val="00B40B18"/>
    <w:rsid w:val="00B47730"/>
    <w:rsid w:val="00BF6DCB"/>
    <w:rsid w:val="00CB0664"/>
    <w:rsid w:val="00D91404"/>
    <w:rsid w:val="00D932BC"/>
    <w:rsid w:val="00DE1F41"/>
    <w:rsid w:val="00EA25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A47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31317-C9E6-4B99-993C-F3066113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3420</Characters>
  <Application>Microsoft Office Word</Application>
  <DocSecurity>0</DocSecurity>
  <Lines>28</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4011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Maher</cp:lastModifiedBy>
  <cp:revision>2</cp:revision>
  <dcterms:created xsi:type="dcterms:W3CDTF">2025-12-09T19:57:00Z</dcterms:created>
  <dcterms:modified xsi:type="dcterms:W3CDTF">2025-12-09T19:57:00Z</dcterms:modified>
</cp:coreProperties>
</file>